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7200000" cy="1017864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tisi-koe-p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017864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283" w:right="283" w:bottom="283" w:left="283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